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80"/>
      </w:pPr>
      <w:r>
        <w:rPr>
          <w:b/>
        </w:rPr>
        <w:t>ホテル向けFAQ基本セット</w:t>
      </w:r>
    </w:p>
    <w:p>
      <w:pPr>
        <w:spacing w:after="120"/>
      </w:pPr>
      <w:r>
        <w:rPr>
          <w:b w:val="0"/>
        </w:rPr>
        <w:t>予約、到着時の手続き、館内設備、滞在中の要望を案内する回答文を収録しています。</w:t>
      </w:r>
    </w:p>
    <w:p>
      <w:pPr>
        <w:pStyle w:val="Subtitle"/>
        <w:spacing w:after="120"/>
      </w:pPr>
      <w:r>
        <w:rPr>
          <w:b w:val="0"/>
        </w:rPr>
        <w:t>収録 18問　全問に回答文付き</w:t>
      </w:r>
    </w:p>
    <w:p>
      <w:pPr>
        <w:pStyle w:val="Subtitle"/>
        <w:spacing w:after="160"/>
      </w:pPr>
      <w:r>
        <w:rPr>
          <w:b w:val="0"/>
        </w:rPr>
        <w:t>［ ］内を自社の名称・金額・日数・窓口等に置き換えてください。対応していないサービスの回答は削除するか、別の文例に差し替えます。公開前に、担当者が規定・設備・受付方法と照合してください。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269"/>
        <w:gridCol w:w="7596"/>
      </w:tblGrid>
      <w:tr>
        <w:trPr>
          <w:cantSplit/>
          <w:tblHeader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収録カテゴリ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質問の範囲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予約と変更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Q1〜4　予約方法／変更／キャンセル／子ども料金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到着と出発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Q5〜8　入退館時刻／遅い到着／荷物預かり／駐車場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食事と館内設備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Q9〜12　食事／Wi-Fi／ジムとプール／アメニティ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個別の要望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Q13〜15　ペット／食物アレルギー／車椅子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精算と滞在後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Q16〜18　追加料金／支払方法／忘れ物</w:t>
            </w:r>
          </w:p>
        </w:tc>
      </w:tr>
    </w:tbl>
    <w:p>
      <w:pPr>
        <w:spacing w:after="0" w:line="72" w:lineRule="auto"/>
      </w:pPr>
      <w:r>
        <w:rPr>
          <w:b w:val="0"/>
        </w:rPr>
      </w:r>
    </w:p>
    <w:p>
      <w:pPr>
        <w:pStyle w:val="Heading1"/>
        <w:spacing w:after="120"/>
      </w:pPr>
      <w:r>
        <w:rPr>
          <w:b/>
        </w:rPr>
        <w:t>予約と変更</w:t>
      </w:r>
    </w:p>
    <w:p>
      <w:pPr>
        <w:keepNext/>
        <w:spacing w:after="80"/>
      </w:pPr>
      <w:r>
        <w:rPr>
          <w:b/>
        </w:rPr>
        <w:t>Q1　どのように予約できますか？</w:t>
      </w:r>
    </w:p>
    <w:p>
      <w:pPr>
        <w:keepNext w:val="0"/>
        <w:keepLines/>
        <w:spacing w:after="160"/>
      </w:pPr>
      <w:r>
        <w:rPr>
          <w:b w:val="0"/>
        </w:rPr>
        <w:t>A　［公式予約ページ］で宿泊日・人数・部屋タイプを選んでお申し込みください。予約完了後に確認メールをお送りします。電話予約は［電話番号・受付時間］で承ります。</w:t>
      </w:r>
    </w:p>
    <w:p>
      <w:pPr>
        <w:keepNext/>
        <w:spacing w:after="80"/>
      </w:pPr>
      <w:r>
        <w:rPr>
          <w:b/>
        </w:rPr>
        <w:t>Q2　予約内容を変更できますか？</w:t>
      </w:r>
    </w:p>
    <w:p>
      <w:pPr>
        <w:keepNext w:val="0"/>
        <w:keepLines/>
        <w:spacing w:after="160"/>
      </w:pPr>
      <w:r>
        <w:rPr>
          <w:b w:val="0"/>
        </w:rPr>
        <w:t>A　公式サイトの予約は［予約確認ページ］から変更できます。変更できない項目は、予約番号を添えて［窓口］へご連絡ください。旅行予約サイト等を通じた予約は、予約元の変更手順に従ってください。</w:t>
      </w:r>
    </w:p>
    <w:p>
      <w:pPr>
        <w:keepNext/>
        <w:spacing w:after="80"/>
      </w:pPr>
      <w:r>
        <w:rPr>
          <w:b/>
        </w:rPr>
        <w:t>Q3　予約をキャンセルできますか？</w:t>
      </w:r>
    </w:p>
    <w:p>
      <w:pPr>
        <w:keepNext w:val="0"/>
        <w:keepLines/>
        <w:spacing w:after="160"/>
      </w:pPr>
      <w:r>
        <w:rPr>
          <w:b w:val="0"/>
        </w:rPr>
        <w:t>A　キャンセルは［予約確認ページ・窓口］で受け付けます。キャンセル料は予約したプランの条件に従い、予約確認メールにも記載しています。旅行予約サイト等からの予約は、予約元でお手続きください。</w:t>
      </w:r>
    </w:p>
    <w:p>
      <w:pPr>
        <w:keepNext/>
        <w:spacing w:after="80"/>
      </w:pPr>
      <w:r>
        <w:rPr>
          <w:b/>
        </w:rPr>
        <w:t>Q4　子どもの宿泊料金はどうなりますか？</w:t>
      </w:r>
    </w:p>
    <w:p>
      <w:pPr>
        <w:keepNext w:val="0"/>
        <w:keepLines/>
        <w:spacing w:after="160"/>
      </w:pPr>
      <w:r>
        <w:rPr>
          <w:b w:val="0"/>
        </w:rPr>
        <w:t>A　お子様の料金は［年齢・寝具・食事による料金条件］です。添い寝できる人数や年齢は客室タイプで異なります。予約時にお子様の年齢と寝具・食事の希望を入力してください。</w:t>
      </w:r>
    </w:p>
    <w:p>
      <w:pPr>
        <w:pStyle w:val="Heading1"/>
        <w:spacing w:after="120"/>
      </w:pPr>
      <w:r>
        <w:rPr>
          <w:b/>
        </w:rPr>
        <w:t>到着と出発</w:t>
      </w:r>
    </w:p>
    <w:p>
      <w:pPr>
        <w:keepNext/>
        <w:spacing w:after="80"/>
      </w:pPr>
      <w:r>
        <w:rPr>
          <w:b/>
        </w:rPr>
        <w:t>Q5　チェックインとチェックアウトは何時ですか？</w:t>
      </w:r>
    </w:p>
    <w:p>
      <w:pPr>
        <w:keepNext w:val="0"/>
        <w:keepLines/>
        <w:spacing w:after="160"/>
      </w:pPr>
      <w:r>
        <w:rPr>
          <w:b w:val="0"/>
        </w:rPr>
        <w:t>A　チェックインは［開始時刻］から、チェックアウトは［終了時刻］までです。時間の異なるプランは予約確認メールに記載しています。予定より早い到着や延長の希望は、事前に［窓口］へご相談ください。</w:t>
      </w:r>
    </w:p>
    <w:p>
      <w:pPr>
        <w:keepNext/>
        <w:spacing w:after="80"/>
      </w:pPr>
      <w:r>
        <w:rPr>
          <w:b/>
        </w:rPr>
        <w:t>Q6　チェックインが遅くなる場合はどうすればよいですか？</w:t>
      </w:r>
    </w:p>
    <w:p>
      <w:pPr>
        <w:keepNext w:val="0"/>
        <w:keepLines/>
        <w:spacing w:after="160"/>
      </w:pPr>
      <w:r>
        <w:rPr>
          <w:b w:val="0"/>
        </w:rPr>
        <w:t>A　到着が［連絡が必要になる時刻・条件］を過ぎる場合は、［電話番号］へお知らせください。予約名と到着予定時刻を確認し、入館・チェックイン方法をご案内します。</w:t>
      </w:r>
    </w:p>
    <w:p>
      <w:pPr>
        <w:keepNext/>
        <w:spacing w:after="80"/>
      </w:pPr>
      <w:r>
        <w:rPr>
          <w:b/>
        </w:rPr>
        <w:t>Q7　宿泊前後に荷物を預けられますか？</w:t>
      </w:r>
    </w:p>
    <w:p>
      <w:pPr>
        <w:keepNext w:val="0"/>
        <w:keepLines/>
        <w:spacing w:after="160"/>
      </w:pPr>
      <w:r>
        <w:rPr>
          <w:b w:val="0"/>
        </w:rPr>
        <w:t>A　チェックイン前とチェックアウト後の荷物は［預かり場所・時間帯］でお預かりします。貴重品や冷蔵品等の［預かれない品物］は対象外です。大型の荷物は事前にご相談ください。</w:t>
      </w:r>
    </w:p>
    <w:p>
      <w:pPr>
        <w:keepNext/>
        <w:spacing w:after="80"/>
      </w:pPr>
      <w:r>
        <w:rPr>
          <w:b/>
        </w:rPr>
        <w:t>Q8　駐車場はありますか？</w:t>
      </w:r>
    </w:p>
    <w:p>
      <w:pPr>
        <w:keepNext/>
        <w:keepLines/>
        <w:spacing w:after="160"/>
      </w:pPr>
      <w:r>
        <w:rPr>
          <w:b w:val="0"/>
        </w:rPr>
        <w:t>A　［場所］に［台数］台分の駐車場があり、料金は［料金・利用時間］です。［予約方法または先着順の条件］でご利用いただけます。満車時は［近隣駐車場の案内先］をご案内します。</w:t>
      </w:r>
    </w:p>
    <w:p>
      <w:pPr>
        <w:pStyle w:val="Subtitle"/>
        <w:keepLines/>
        <w:spacing w:after="180"/>
      </w:pPr>
      <w:r>
        <w:rPr>
          <w:b w:val="0"/>
        </w:rPr>
        <w:t>別の文例　駐車場がない場合：専用駐車場はありません。周辺の駐車場は［アクセス案内］をご確認ください。料金・空き状況は各駐車場でご確認をお願いします。</w:t>
      </w:r>
    </w:p>
    <w:p>
      <w:pPr>
        <w:pStyle w:val="Heading1"/>
        <w:spacing w:after="120"/>
      </w:pPr>
      <w:r>
        <w:rPr>
          <w:b/>
        </w:rPr>
        <w:t>食事と館内設備</w:t>
      </w:r>
    </w:p>
    <w:p>
      <w:pPr>
        <w:keepNext/>
        <w:spacing w:after="80"/>
      </w:pPr>
      <w:r>
        <w:rPr>
          <w:b/>
        </w:rPr>
        <w:t>Q9　ホテル内で食事はできますか？</w:t>
      </w:r>
    </w:p>
    <w:p>
      <w:pPr>
        <w:keepNext w:val="0"/>
        <w:keepLines/>
        <w:spacing w:after="160"/>
      </w:pPr>
      <w:r>
        <w:rPr>
          <w:b w:val="0"/>
        </w:rPr>
        <w:t>A　［飲食施設名］で［提供する食事］をご利用いただけます。営業時間は［時間］で、料金・予約方法は［食事案内ページ］に掲載しています。食事付きプランに含まれる内容は予約時にご確認ください。</w:t>
      </w:r>
    </w:p>
    <w:p>
      <w:pPr>
        <w:keepNext/>
        <w:spacing w:after="80"/>
      </w:pPr>
      <w:r>
        <w:rPr>
          <w:b/>
        </w:rPr>
        <w:t>Q10　Wi-Fiは使えますか？</w:t>
      </w:r>
    </w:p>
    <w:p>
      <w:pPr>
        <w:keepNext w:val="0"/>
        <w:keepLines/>
        <w:spacing w:after="160"/>
      </w:pPr>
      <w:r>
        <w:rPr>
          <w:b w:val="0"/>
        </w:rPr>
        <w:t>A　［利用できる場所］で［無料・有料の条件］のWi-Fiをご利用いただけます。接続方法は［案内の設置場所］でお知らせします。つながらない場合はフロントへご連絡ください。</w:t>
      </w:r>
    </w:p>
    <w:p>
      <w:pPr>
        <w:keepNext/>
        <w:spacing w:after="80"/>
      </w:pPr>
      <w:r>
        <w:rPr>
          <w:b/>
        </w:rPr>
        <w:t>Q11　ジムやプールはありますか？</w:t>
      </w:r>
    </w:p>
    <w:p>
      <w:pPr>
        <w:keepNext/>
        <w:keepLines/>
        <w:spacing w:after="160"/>
      </w:pPr>
      <w:r>
        <w:rPr>
          <w:b w:val="0"/>
        </w:rPr>
        <w:t>A　［利用できる設備］があります。営業時間は［時間］、料金は［金額］です。年齢等の利用条件と休業予定は［施設案内ページ］をご確認ください。</w:t>
      </w:r>
    </w:p>
    <w:p>
      <w:pPr>
        <w:pStyle w:val="Subtitle"/>
        <w:keepLines/>
        <w:spacing w:after="180"/>
      </w:pPr>
      <w:r>
        <w:rPr>
          <w:b w:val="0"/>
        </w:rPr>
        <w:t>別の文例　設備がない場合：館内にジム・プールはありません。周辺施設の情報はフロントでご案内します。</w:t>
      </w:r>
    </w:p>
    <w:p>
      <w:pPr>
        <w:keepNext/>
        <w:spacing w:after="80"/>
      </w:pPr>
      <w:r>
        <w:rPr>
          <w:b/>
        </w:rPr>
        <w:t>Q12　アメニティや貸出品は何がありますか？</w:t>
      </w:r>
    </w:p>
    <w:p>
      <w:pPr>
        <w:keepNext w:val="0"/>
        <w:keepLines/>
        <w:spacing w:after="160"/>
      </w:pPr>
      <w:r>
        <w:rPr>
          <w:b w:val="0"/>
        </w:rPr>
        <w:t>A　客室には［備え付け品］をご用意しています。［貸出品］は［受付場所］でお申し付けください。数に限りがあるため、必ず必要なものは予約前にご相談ください。</w:t>
      </w:r>
    </w:p>
    <w:p>
      <w:pPr>
        <w:pStyle w:val="Heading1"/>
        <w:spacing w:after="120"/>
      </w:pPr>
      <w:r>
        <w:rPr>
          <w:b/>
        </w:rPr>
        <w:t>個別の要望</w:t>
      </w:r>
    </w:p>
    <w:p>
      <w:pPr>
        <w:keepNext/>
        <w:spacing w:after="80"/>
      </w:pPr>
      <w:r>
        <w:rPr>
          <w:b/>
        </w:rPr>
        <w:t>Q13　ペットと宿泊できますか？</w:t>
      </w:r>
    </w:p>
    <w:p>
      <w:pPr>
        <w:keepNext/>
        <w:keepLines/>
        <w:spacing w:after="160"/>
      </w:pPr>
      <w:r>
        <w:rPr>
          <w:b w:val="0"/>
        </w:rPr>
        <w:t>A　［対象の部屋・プラン］では、［受入条件］を満たすペットと宿泊できます。追加料金は［金額］です。通常の部屋とは予約方法が異なるため、［予約窓口］で条件をご確認ください。</w:t>
      </w:r>
    </w:p>
    <w:p>
      <w:pPr>
        <w:pStyle w:val="Subtitle"/>
        <w:keepLines/>
        <w:spacing w:after="180"/>
      </w:pPr>
      <w:r>
        <w:rPr>
          <w:b w:val="0"/>
        </w:rPr>
        <w:t>別の文例　受け入れていない場合：ペット同伴の宿泊は受け付けておりません。補助犬を伴うご利用については［窓口］へお知らせください。</w:t>
      </w:r>
    </w:p>
    <w:p>
      <w:pPr>
        <w:keepNext/>
        <w:spacing w:after="80"/>
      </w:pPr>
      <w:r>
        <w:rPr>
          <w:b/>
        </w:rPr>
        <w:t>Q14　食物アレルギーについて相談できますか？</w:t>
      </w:r>
    </w:p>
    <w:p>
      <w:pPr>
        <w:keepNext w:val="0"/>
        <w:keepLines/>
        <w:spacing w:after="160"/>
      </w:pPr>
      <w:r>
        <w:rPr>
          <w:b w:val="0"/>
        </w:rPr>
        <w:t>A　予約前に［相談窓口］へ、避けたい食材とご希望の食事をお知らせください。原材料と調理環境を確認し、対応できる範囲をご案内します。食材の除去等をお約束できない場合もあるため、確認後にご予約ください。</w:t>
      </w:r>
    </w:p>
    <w:p>
      <w:pPr>
        <w:keepNext/>
        <w:spacing w:after="80"/>
      </w:pPr>
      <w:r>
        <w:rPr>
          <w:b/>
        </w:rPr>
        <w:t>Q15　車椅子で利用できますか？</w:t>
      </w:r>
    </w:p>
    <w:p>
      <w:pPr>
        <w:keepNext w:val="0"/>
        <w:keepLines/>
        <w:spacing w:after="160"/>
      </w:pPr>
      <w:r>
        <w:rPr>
          <w:b w:val="0"/>
        </w:rPr>
        <w:t>A　［バリアフリー設備の案内先］に、入口・客室・浴室等の設備情報を掲載しています。必要な介助や車椅子の寸法を［窓口］へお知らせいただければ、利用予定の客室と移動経路を確認してご案内します。</w:t>
      </w:r>
    </w:p>
    <w:p>
      <w:pPr>
        <w:pStyle w:val="Heading1"/>
        <w:spacing w:after="120"/>
      </w:pPr>
      <w:r>
        <w:rPr>
          <w:b/>
        </w:rPr>
        <w:t>精算と滞在後</w:t>
      </w:r>
    </w:p>
    <w:p>
      <w:pPr>
        <w:keepNext/>
        <w:spacing w:after="80"/>
      </w:pPr>
      <w:r>
        <w:rPr>
          <w:b/>
        </w:rPr>
        <w:t>Q16　宿泊料金以外にかかる費用はありますか？</w:t>
      </w:r>
    </w:p>
    <w:p>
      <w:pPr>
        <w:keepNext w:val="0"/>
        <w:keepLines/>
        <w:spacing w:after="160"/>
      </w:pPr>
      <w:r>
        <w:rPr>
          <w:b w:val="0"/>
        </w:rPr>
        <w:t>A　［有料サービス名と料金］は宿泊料金に含まれていません。宿泊税等が別途必要な場合は、予約画面と確認メールでご案内します。利用前に合計金額や課金条件をご確認ください。</w:t>
      </w:r>
    </w:p>
    <w:p>
      <w:pPr>
        <w:keepNext/>
        <w:spacing w:after="80"/>
      </w:pPr>
      <w:r>
        <w:rPr>
          <w:b/>
        </w:rPr>
        <w:t>Q17　どの支払方法を利用できますか？</w:t>
      </w:r>
    </w:p>
    <w:p>
      <w:pPr>
        <w:keepNext w:val="0"/>
        <w:keepLines/>
        <w:spacing w:after="160"/>
      </w:pPr>
      <w:r>
        <w:rPr>
          <w:b w:val="0"/>
        </w:rPr>
        <w:t>A　［支払方法］をご利用いただけます。予約時決済か現地精算かはプランごとに異なります。領収書の発行元も決済方法で変わるため、ご希望の宛名とあわせて事前にご確認ください。</w:t>
      </w:r>
    </w:p>
    <w:p>
      <w:pPr>
        <w:keepNext/>
        <w:spacing w:after="80"/>
      </w:pPr>
      <w:r>
        <w:rPr>
          <w:b/>
        </w:rPr>
        <w:t>Q18　忘れ物をした場合の連絡先を教えてください。</w:t>
      </w:r>
    </w:p>
    <w:p>
      <w:pPr>
        <w:keepNext w:val="0"/>
        <w:keepLines/>
        <w:spacing w:after="160"/>
      </w:pPr>
      <w:r>
        <w:rPr>
          <w:b w:val="0"/>
        </w:rPr>
        <w:t>A　［忘れ物窓口］へ宿泊日・予約名・部屋番号と品物の特徴をお知らせください。確認後、受け取り方法と配送する場合の送料をご案内します。保管期間は［期間］です。</w:t>
      </w:r>
    </w:p>
    <w:sectPr w:rsidR="00FC693F" w:rsidRPr="0006063C" w:rsidSect="00034616">
      <w:footerReference w:type="default" r:id="rId9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00" w:before="0"/>
    </w:pPr>
    <w:rPr>
      <w:rFonts w:ascii="Arial Unicode MS" w:hAnsi="Arial Unicode MS" w:eastAsia="Arial Unicode MS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69" w:lineRule="auto"/>
      <w:outlineLvl w:val="0"/>
    </w:pPr>
    <w:rPr>
      <w:rFonts w:ascii="Arial Unicode MS" w:hAnsi="Arial Unicode MS" w:eastAsia="Arial Unicode MS"/>
      <w:b/>
      <w:bCs/>
      <w:i w:val="0"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00" w:line="269" w:lineRule="auto"/>
      <w:outlineLvl w:val="1"/>
    </w:pPr>
    <w:rPr>
      <w:rFonts w:ascii="Arial Unicode MS" w:hAnsi="Arial Unicode MS" w:eastAsia="Arial Unicode MS"/>
      <w:b/>
      <w:bCs/>
      <w:i w:val="0"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69" w:lineRule="auto" w:before="0"/>
      <w:contextualSpacing/>
    </w:pPr>
    <w:rPr>
      <w:rFonts w:ascii="Arial Unicode MS" w:hAnsi="Arial Unicode MS" w:eastAsia="Arial Unicode MS"/>
      <w:b/>
      <w:i w:val="0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spacing w:line="269" w:lineRule="auto" w:after="100" w:before="0"/>
    </w:pPr>
    <w:rPr>
      <w:rFonts w:ascii="Arial Unicode MS" w:hAnsi="Arial Unicode MS" w:eastAsia="Arial Unicode MS"/>
      <w:b w:val="0"/>
      <w:i w:val="0"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ホテル向けFAQ基本セット</dc:title>
  <dc:subject/>
  <dc:creator>NotePM</dc:creator>
  <cp:keywords/>
  <dc:description/>
  <cp:lastModifiedBy>NotePM</cp:lastModifiedBy>
  <cp:revision>1</cp:revision>
  <dcterms:created xsi:type="dcterms:W3CDTF">2013-12-23T23:15:00Z</dcterms:created>
  <dcterms:modified xsi:type="dcterms:W3CDTF">2013-12-23T23:15:00Z</dcterms:modified>
  <cp:category/>
</cp:coreProperties>
</file>