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フィットネス向けFAQ基本セット</w:t>
      </w:r>
    </w:p>
    <w:p>
      <w:pPr>
        <w:spacing w:after="120"/>
      </w:pPr>
      <w:r>
        <w:rPr>
          <w:b w:val="0"/>
        </w:rPr>
        <w:t>体験、入会、トレーニング、設備、休会・退会の案内に使える回答文を収録しています。</w:t>
      </w:r>
    </w:p>
    <w:p>
      <w:pPr>
        <w:pStyle w:val="Subtitle"/>
        <w:spacing w:after="120"/>
      </w:pPr>
      <w:r>
        <w:rPr>
          <w:b w:val="0"/>
        </w:rPr>
        <w:t>収録 18問　全問に回答文付き</w:t>
      </w:r>
    </w:p>
    <w:p>
      <w:pPr>
        <w:pStyle w:val="Subtitle"/>
        <w:spacing w:after="160"/>
      </w:pPr>
      <w:r>
        <w:rPr>
          <w:b w:val="0"/>
        </w:rPr>
        <w:t>［ ］内を自社の名称・金額・日数・窓口等に置き換えてください。対応していないサービスの回答は削除するか、別の文例に差し替えます。公開前に、担当者が規定・設備・受付方法と照合してください。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69"/>
        <w:gridCol w:w="7596"/>
      </w:tblGrid>
      <w:tr>
        <w:trPr>
          <w:cantSplit/>
          <w:tblHeader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収録カテゴリ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質問の範囲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体験と入会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Q1〜4　体験／見学／入会準備／料金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トレーニング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Q5〜8　プログラム／予約／トレーナー／初心者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持ち物と設備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Q9〜12　服装／設備／駐車場／飲食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予約変更と契約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Q13〜15　取消／プラン変更／休会と退会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利用時の相談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Q16〜18　営業時間／持病やけがの相談／忘れ物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体験と入会</w:t>
      </w:r>
    </w:p>
    <w:p>
      <w:pPr>
        <w:keepNext/>
        <w:spacing w:after="80"/>
      </w:pPr>
      <w:r>
        <w:rPr>
          <w:b/>
        </w:rPr>
        <w:t>Q1　体験レッスンはありますか？</w:t>
      </w:r>
    </w:p>
    <w:p>
      <w:pPr>
        <w:keepNext w:val="0"/>
        <w:keepLines/>
        <w:spacing w:after="160"/>
      </w:pPr>
      <w:r>
        <w:rPr>
          <w:b w:val="0"/>
        </w:rPr>
        <w:t>A　［体験できる内容］を［料金］で体験できます。［予約ページ］で希望日時を選び、お申し込みください。対象者と体験回数の条件は［体験案内］をご確認ください。</w:t>
      </w:r>
    </w:p>
    <w:p>
      <w:pPr>
        <w:keepNext/>
        <w:spacing w:after="80"/>
      </w:pPr>
      <w:r>
        <w:rPr>
          <w:b/>
        </w:rPr>
        <w:t>Q2　見学できますか？</w:t>
      </w:r>
    </w:p>
    <w:p>
      <w:pPr>
        <w:keepNext w:val="0"/>
        <w:keepLines/>
        <w:spacing w:after="160"/>
      </w:pPr>
      <w:r>
        <w:rPr>
          <w:b w:val="0"/>
        </w:rPr>
        <w:t>A　［見学できる曜日・時間］に施設を見学できます。［予約方法］で事前にお申し込みください。見学時に、利用したい設備や料金プランもご案内します。</w:t>
      </w:r>
    </w:p>
    <w:p>
      <w:pPr>
        <w:keepNext/>
        <w:spacing w:after="80"/>
      </w:pPr>
      <w:r>
        <w:rPr>
          <w:b/>
        </w:rPr>
        <w:t>Q3　入会に必要なものは何ですか？</w:t>
      </w:r>
    </w:p>
    <w:p>
      <w:pPr>
        <w:keepNext w:val="0"/>
        <w:keepLines/>
        <w:spacing w:after="160"/>
      </w:pPr>
      <w:r>
        <w:rPr>
          <w:b w:val="0"/>
        </w:rPr>
        <w:t>A　［本人確認書類・支払手続きに必要なもの等］をご用意ください。入会手続きは［場所・申込先］で行います。初回に必要な費用と未成年の方の手続きは［入会案内］をご確認ください。</w:t>
      </w:r>
    </w:p>
    <w:p>
      <w:pPr>
        <w:keepNext/>
        <w:spacing w:after="80"/>
      </w:pPr>
      <w:r>
        <w:rPr>
          <w:b/>
        </w:rPr>
        <w:t>Q4　料金プランを教えてください。</w:t>
      </w:r>
    </w:p>
    <w:p>
      <w:pPr>
        <w:keepNext w:val="0"/>
        <w:keepLines/>
        <w:spacing w:after="160"/>
      </w:pPr>
      <w:r>
        <w:rPr>
          <w:b w:val="0"/>
        </w:rPr>
        <w:t>A　［プラン名］を［月額・回数等の単位と料金］で提供しています。入会時の費用は［内訳］です。利用時間・対象設備・レッスン料の違いは［料金表］をご覧ください。</w:t>
      </w:r>
    </w:p>
    <w:p>
      <w:pPr>
        <w:pStyle w:val="Heading1"/>
        <w:spacing w:after="120"/>
      </w:pPr>
      <w:r>
        <w:rPr>
          <w:b/>
        </w:rPr>
        <w:t>トレーニング</w:t>
      </w:r>
    </w:p>
    <w:p>
      <w:pPr>
        <w:keepNext/>
        <w:spacing w:after="80"/>
      </w:pPr>
      <w:r>
        <w:rPr>
          <w:b/>
        </w:rPr>
        <w:t>Q5　どのようなトレーニングを受けられますか？</w:t>
      </w:r>
    </w:p>
    <w:p>
      <w:pPr>
        <w:keepNext w:val="0"/>
        <w:keepLines/>
        <w:spacing w:after="160"/>
      </w:pPr>
      <w:r>
        <w:rPr>
          <w:b w:val="0"/>
        </w:rPr>
        <w:t>A　［提供するプログラム］をご用意しています。運動経験や目的をお聞きして、ご参加いただける内容をご案内します。実施日程と強度の目安は［プログラム案内］をご確認ください。</w:t>
      </w:r>
    </w:p>
    <w:p>
      <w:pPr>
        <w:keepNext/>
        <w:spacing w:after="80"/>
      </w:pPr>
      <w:r>
        <w:rPr>
          <w:b/>
        </w:rPr>
        <w:t>Q6　トレーニングには予約が必要ですか？</w:t>
      </w:r>
    </w:p>
    <w:p>
      <w:pPr>
        <w:keepNext w:val="0"/>
        <w:keepLines/>
        <w:spacing w:after="160"/>
      </w:pPr>
      <w:r>
        <w:rPr>
          <w:b w:val="0"/>
        </w:rPr>
        <w:t>A　［予約が必要なレッスン・設備］は［予約方法］でお申し込みください。［予約不要のエリア］は営業時間内に利用できます。定員や利用時間の制限は［利用案内］に記載しています。</w:t>
      </w:r>
    </w:p>
    <w:p>
      <w:pPr>
        <w:keepNext/>
        <w:spacing w:after="80"/>
      </w:pPr>
      <w:r>
        <w:rPr>
          <w:b/>
        </w:rPr>
        <w:t>Q7　トレーナーの資格や経験を確認できますか？</w:t>
      </w:r>
    </w:p>
    <w:p>
      <w:pPr>
        <w:keepNext w:val="0"/>
        <w:keepLines/>
        <w:spacing w:after="160"/>
      </w:pPr>
      <w:r>
        <w:rPr>
          <w:b w:val="0"/>
        </w:rPr>
        <w:t>A　担当トレーナーの資格・指導分野・経歴は［紹介ページ］に掲載しています。希望する指導内容がある場合は［相談窓口］へお知らせください。担当可能なトレーナーをご案内します。</w:t>
      </w:r>
    </w:p>
    <w:p>
      <w:pPr>
        <w:keepNext/>
        <w:spacing w:after="80"/>
      </w:pPr>
      <w:r>
        <w:rPr>
          <w:b/>
        </w:rPr>
        <w:t>Q8　初心者でも参加できますか？</w:t>
      </w:r>
    </w:p>
    <w:p>
      <w:pPr>
        <w:keepNext w:val="0"/>
        <w:keepLines/>
        <w:spacing w:after="160"/>
      </w:pPr>
      <w:r>
        <w:rPr>
          <w:b w:val="0"/>
        </w:rPr>
        <w:t>A　［初心者向けの案内・プログラム］をご用意しています。初回はスタッフへ運動経験と目的をお知らせください。治療中の方や運動制限のある方は、医療機関へ確認したうえで、その範囲をスタッフにお伝えください。</w:t>
      </w:r>
    </w:p>
    <w:p>
      <w:pPr>
        <w:pStyle w:val="Heading1"/>
        <w:spacing w:after="120"/>
      </w:pPr>
      <w:r>
        <w:rPr>
          <w:b/>
        </w:rPr>
        <w:t>持ち物と設備</w:t>
      </w:r>
    </w:p>
    <w:p>
      <w:pPr>
        <w:keepNext/>
        <w:spacing w:after="80"/>
      </w:pPr>
      <w:r>
        <w:rPr>
          <w:b/>
        </w:rPr>
        <w:t>Q9　どのような服装や持ち物が必要ですか？</w:t>
      </w:r>
    </w:p>
    <w:p>
      <w:pPr>
        <w:keepNext w:val="0"/>
        <w:keepLines/>
        <w:spacing w:after="160"/>
      </w:pPr>
      <w:r>
        <w:rPr>
          <w:b w:val="0"/>
        </w:rPr>
        <w:t>A　動きやすい服装と［指定する靴・タオル等］をご用意ください。［対象レッスン］には［追加の持ち物］が必要です。レンタル品の種類と料金は［レンタル案内］をご確認ください。</w:t>
      </w:r>
    </w:p>
    <w:p>
      <w:pPr>
        <w:keepNext/>
        <w:spacing w:after="80"/>
      </w:pPr>
      <w:r>
        <w:rPr>
          <w:b/>
        </w:rPr>
        <w:t>Q10　どのような設備がありますか？</w:t>
      </w:r>
    </w:p>
    <w:p>
      <w:pPr>
        <w:keepNext w:val="0"/>
        <w:keepLines/>
        <w:spacing w:after="160"/>
      </w:pPr>
      <w:r>
        <w:rPr>
          <w:b w:val="0"/>
        </w:rPr>
        <w:t>A　［トレーニング設備］と［ロッカー・シャワー等］をご利用いただけます。対象プランや利用時間の制限は［施設案内］に記載しています。設備の休止情報は［お知らせ］をご確認ください。</w:t>
      </w:r>
    </w:p>
    <w:p>
      <w:pPr>
        <w:keepNext/>
        <w:spacing w:after="80"/>
      </w:pPr>
      <w:r>
        <w:rPr>
          <w:b/>
        </w:rPr>
        <w:t>Q11　駐車場はありますか？</w:t>
      </w:r>
    </w:p>
    <w:p>
      <w:pPr>
        <w:keepNext/>
        <w:keepLines/>
        <w:spacing w:after="160"/>
      </w:pPr>
      <w:r>
        <w:rPr>
          <w:b w:val="0"/>
        </w:rPr>
        <w:t>A　［場所］に［台数］台分の駐車場があります。［無料時間・料金・認証方法］に従ってご利用ください。車両サイズの制限と満車時の案内は［アクセスページ］をご覧ください。</w:t>
      </w:r>
    </w:p>
    <w:p>
      <w:pPr>
        <w:pStyle w:val="Subtitle"/>
        <w:keepLines/>
        <w:spacing w:after="180"/>
      </w:pPr>
      <w:r>
        <w:rPr>
          <w:b w:val="0"/>
        </w:rPr>
        <w:t>別の文例　駐車場がない場合：専用駐車場はありません。近隣の有料駐車場は［アクセスページ］でご案内しています。</w:t>
      </w:r>
    </w:p>
    <w:p>
      <w:pPr>
        <w:keepNext/>
        <w:spacing w:after="80"/>
      </w:pPr>
      <w:r>
        <w:rPr>
          <w:b/>
        </w:rPr>
        <w:t>Q12　施設内で飲食できますか？</w:t>
      </w:r>
    </w:p>
    <w:p>
      <w:pPr>
        <w:keepNext w:val="0"/>
        <w:keepLines/>
        <w:spacing w:after="160"/>
      </w:pPr>
      <w:r>
        <w:rPr>
          <w:b w:val="0"/>
        </w:rPr>
        <w:t>A　水分補給は［許可する場所・容器の条件］でお願いします。食事ができる場所は［飲食可能エリア］です。トレーニング中の安全確保と衛生管理のため、［持込禁止物］は持ち込めません。</w:t>
      </w:r>
    </w:p>
    <w:p>
      <w:pPr>
        <w:pStyle w:val="Heading1"/>
        <w:spacing w:after="120"/>
      </w:pPr>
      <w:r>
        <w:rPr>
          <w:b/>
        </w:rPr>
        <w:t>予約変更と契約</w:t>
      </w:r>
    </w:p>
    <w:p>
      <w:pPr>
        <w:keepNext/>
        <w:spacing w:after="80"/>
      </w:pPr>
      <w:r>
        <w:rPr>
          <w:b/>
        </w:rPr>
        <w:t>Q13　レッスンをキャンセルできますか？</w:t>
      </w:r>
    </w:p>
    <w:p>
      <w:pPr>
        <w:keepNext w:val="0"/>
        <w:keepLines/>
        <w:spacing w:after="160"/>
      </w:pPr>
      <w:r>
        <w:rPr>
          <w:b w:val="0"/>
        </w:rPr>
        <w:t>A　［期限］までに［予約システム・窓口］でお手続きください。期限後の取消や無断欠席には［料金・回数消化等の条件］が適用されます。遅れる場合は［連絡先］へお知らせください。</w:t>
      </w:r>
    </w:p>
    <w:p>
      <w:pPr>
        <w:keepNext/>
        <w:spacing w:after="80"/>
      </w:pPr>
      <w:r>
        <w:rPr>
          <w:b/>
        </w:rPr>
        <w:t>Q14　プランを変更できますか？</w:t>
      </w:r>
    </w:p>
    <w:p>
      <w:pPr>
        <w:keepNext w:val="0"/>
        <w:keepLines/>
        <w:spacing w:after="160"/>
      </w:pPr>
      <w:r>
        <w:rPr>
          <w:b w:val="0"/>
        </w:rPr>
        <w:t>A　［手続き期限］までに［受付方法］でお申し込みください。変更は［適用時期］から反映します。変更手数料と、回数券等の残り分の扱いは［契約案内］をご確認ください。</w:t>
      </w:r>
    </w:p>
    <w:p>
      <w:pPr>
        <w:keepNext/>
        <w:spacing w:after="80"/>
      </w:pPr>
      <w:r>
        <w:rPr>
          <w:b/>
        </w:rPr>
        <w:t>Q15　休会や退会はどのように手続きしますか？</w:t>
      </w:r>
    </w:p>
    <w:p>
      <w:pPr>
        <w:keepNext w:val="0"/>
        <w:keepLines/>
        <w:spacing w:after="160"/>
      </w:pPr>
      <w:r>
        <w:rPr>
          <w:b w:val="0"/>
        </w:rPr>
        <w:t>A　［申請期限］までに［手続き方法］で申請してください。休会の期間・費用、退会日と最終請求は［会員規約の案内先］に記載しています。利用停止だけでは退会手続きにならないため、受付完了をご確認ください。</w:t>
      </w:r>
    </w:p>
    <w:p>
      <w:pPr>
        <w:pStyle w:val="Heading1"/>
        <w:spacing w:after="120"/>
      </w:pPr>
      <w:r>
        <w:rPr>
          <w:b/>
        </w:rPr>
        <w:t>利用時の相談</w:t>
      </w:r>
    </w:p>
    <w:p>
      <w:pPr>
        <w:keepNext/>
        <w:spacing w:after="80"/>
      </w:pPr>
      <w:r>
        <w:rPr>
          <w:b/>
        </w:rPr>
        <w:t>Q16　営業時間と休館日を教えてください。</w:t>
      </w:r>
    </w:p>
    <w:p>
      <w:pPr>
        <w:keepNext w:val="0"/>
        <w:keepLines/>
        <w:spacing w:after="160"/>
      </w:pPr>
      <w:r>
        <w:rPr>
          <w:b w:val="0"/>
        </w:rPr>
        <w:t>A　営業時間は［曜日別の時間］、休館日は［日程］です。スタッフ対応時間は［時間］です。設備点検や臨時休館は［お知らせページ］でご案内します。</w:t>
      </w:r>
    </w:p>
    <w:p>
      <w:pPr>
        <w:keepNext/>
        <w:spacing w:after="80"/>
      </w:pPr>
      <w:r>
        <w:rPr>
          <w:b/>
        </w:rPr>
        <w:t>Q17　持病やけががある場合は利用できますか？</w:t>
      </w:r>
    </w:p>
    <w:p>
      <w:pPr>
        <w:keepNext w:val="0"/>
        <w:keepLines/>
        <w:spacing w:after="160"/>
      </w:pPr>
      <w:r>
        <w:rPr>
          <w:b w:val="0"/>
        </w:rPr>
        <w:t>A　運動の可否や制限は、事前に医療機関へご確認ください。確認された制限事項を［相談窓口］へお知らせいただき、提供できるプログラムや設備の範囲をご相談します。</w:t>
      </w:r>
    </w:p>
    <w:p>
      <w:pPr>
        <w:keepNext/>
        <w:spacing w:after="80"/>
      </w:pPr>
      <w:r>
        <w:rPr>
          <w:b/>
        </w:rPr>
        <w:t>Q18　忘れ物をした場合はどうすればよいですか？</w:t>
      </w:r>
    </w:p>
    <w:p>
      <w:pPr>
        <w:keepNext w:val="0"/>
        <w:keepLines/>
        <w:spacing w:after="160"/>
      </w:pPr>
      <w:r>
        <w:rPr>
          <w:b w:val="0"/>
        </w:rPr>
        <w:t>A　［窓口］へ利用日時と品物の特徴をお知らせください。確認後、本人確認と受け取り方法をご案内します。保管期間は［期間］です。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フィットネス向けFAQ基本セット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