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研修報告書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67"/>
        <w:gridCol w:w="7497"/>
      </w:tblGrid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氏名・所属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［氏名］　［所属］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研修名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［研修名］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受講日・報告日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受講日［年月日］　報告日［年月日］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主催者・会場等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［主催者］　［会場・受講形式］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研修の概要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学んだこと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今後の業務への活用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所感</w:t>
      </w:r>
    </w:p>
    <w:p>
      <w:pPr>
        <w:spacing w:after="120"/>
      </w:pPr>
      <w:r>
        <w:rPr>
          <w:b w:val="0"/>
        </w:rPr>
        <w:br/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研修報告書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