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主催者・受講形式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［主催者］　［受講形式］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受講目的と研修内容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得た知識とスキル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業務への適用計画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959"/>
        <w:gridCol w:w="3847"/>
        <w:gridCol w:w="3058"/>
      </w:tblGrid>
      <w:tr>
        <w:trPr>
          <w:cantSplit/>
          <w:tblHeader/>
        </w:trPr>
        <w:tc>
          <w:tcPr>
            <w:tcW w:type="dxa" w:w="295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対象業務・課題</w:t>
            </w:r>
          </w:p>
        </w:tc>
        <w:tc>
          <w:tcPr>
            <w:tcW w:type="dxa" w:w="384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試すこと</w:t>
            </w:r>
          </w:p>
        </w:tc>
        <w:tc>
          <w:tcPr>
            <w:tcW w:type="dxa" w:w="305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時期・確認方法</w:t>
            </w:r>
          </w:p>
        </w:tc>
      </w:tr>
      <w:tr>
        <w:trPr>
          <w:cantSplit/>
          <w:trHeight w:val="737" w:hRule="atLeast"/>
        </w:trPr>
        <w:tc>
          <w:tcPr>
            <w:tcW w:type="dxa" w:w="295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84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05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95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84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05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気づきと相談事項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