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受講目的</w:t>
      </w:r>
    </w:p>
    <w:p>
      <w:pPr>
        <w:spacing w:after="120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研修の流れ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874"/>
        <w:gridCol w:w="2762"/>
        <w:gridCol w:w="5228"/>
      </w:tblGrid>
      <w:tr>
        <w:trPr>
          <w:cantSplit/>
          <w:tblHeader/>
        </w:trPr>
        <w:tc>
          <w:tcPr>
            <w:tcW w:type="dxa" w:w="1874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時間帯</w:t>
            </w:r>
          </w:p>
        </w:tc>
        <w:tc>
          <w:tcPr>
            <w:tcW w:type="dxa" w:w="2762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内容・担当</w:t>
            </w:r>
          </w:p>
        </w:tc>
        <w:tc>
          <w:tcPr>
            <w:tcW w:type="dxa" w:w="522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要点と学び</w:t>
            </w:r>
          </w:p>
        </w:tc>
      </w:tr>
      <w:tr>
        <w:trPr>
          <w:cantSplit/>
          <w:trHeight w:val="737" w:hRule="atLeast"/>
        </w:trPr>
        <w:tc>
          <w:tcPr>
            <w:tcW w:type="dxa" w:w="1874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2762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22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1874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2762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22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1874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2762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22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主な学びと所感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業務で試すこと</w:t>
      </w:r>
    </w:p>
    <w:p>
      <w:pPr>
        <w:spacing w:after="120"/>
      </w:pPr>
      <w:r>
        <w:rPr>
          <w:b w:val="0"/>
        </w:rPr>
        <w:br/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