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80"/>
      </w:pPr>
      <w:r>
        <w:rPr>
          <w:b/>
        </w:rPr>
        <w:t>研修報告書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2367"/>
        <w:gridCol w:w="7497"/>
      </w:tblGrid>
      <w:tr>
        <w:trPr>
          <w:cantSplit/>
        </w:trPr>
        <w:tc>
          <w:tcPr>
            <w:tcW w:type="dxa" w:w="2367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  <w:shd w:fill="EDF0F3"/>
          </w:tcPr>
          <w:p>
            <w:pPr>
              <w:spacing w:after="0" w:line="259" w:lineRule="auto"/>
            </w:pPr>
            <w:r>
              <w:rPr>
                <w:b/>
                <w:sz w:val="21"/>
              </w:rPr>
              <w:t>氏名・所属</w:t>
            </w:r>
          </w:p>
        </w:tc>
        <w:tc>
          <w:tcPr>
            <w:tcW w:type="dxa" w:w="7497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［氏名］　［所属］</w:t>
            </w:r>
          </w:p>
        </w:tc>
      </w:tr>
      <w:tr>
        <w:trPr>
          <w:cantSplit/>
        </w:trPr>
        <w:tc>
          <w:tcPr>
            <w:tcW w:type="dxa" w:w="2367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  <w:shd w:fill="EDF0F3"/>
          </w:tcPr>
          <w:p>
            <w:pPr>
              <w:spacing w:after="0" w:line="259" w:lineRule="auto"/>
            </w:pPr>
            <w:r>
              <w:rPr>
                <w:b/>
                <w:sz w:val="21"/>
              </w:rPr>
              <w:t>研修名</w:t>
            </w:r>
          </w:p>
        </w:tc>
        <w:tc>
          <w:tcPr>
            <w:tcW w:type="dxa" w:w="7497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［研修名］</w:t>
            </w:r>
          </w:p>
        </w:tc>
      </w:tr>
      <w:tr>
        <w:trPr>
          <w:cantSplit/>
        </w:trPr>
        <w:tc>
          <w:tcPr>
            <w:tcW w:type="dxa" w:w="2367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  <w:shd w:fill="EDF0F3"/>
          </w:tcPr>
          <w:p>
            <w:pPr>
              <w:spacing w:after="0" w:line="259" w:lineRule="auto"/>
            </w:pPr>
            <w:r>
              <w:rPr>
                <w:b/>
                <w:sz w:val="21"/>
              </w:rPr>
              <w:t>受講日・報告日</w:t>
            </w:r>
          </w:p>
        </w:tc>
        <w:tc>
          <w:tcPr>
            <w:tcW w:type="dxa" w:w="7497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受講日［年月日］　報告日［年月日］</w:t>
            </w:r>
          </w:p>
        </w:tc>
      </w:tr>
    </w:tbl>
    <w:p>
      <w:pPr>
        <w:spacing w:after="0" w:line="72" w:lineRule="auto"/>
      </w:pPr>
      <w:r>
        <w:rPr>
          <w:b w:val="0"/>
        </w:rPr>
      </w:r>
    </w:p>
    <w:p>
      <w:pPr>
        <w:pStyle w:val="Heading1"/>
        <w:spacing w:after="120"/>
      </w:pPr>
      <w:r>
        <w:rPr>
          <w:b/>
        </w:rPr>
        <w:t>研修の目的と主な内容</w:t>
      </w:r>
    </w:p>
    <w:p>
      <w:pPr>
        <w:spacing w:after="120"/>
      </w:pPr>
      <w:r>
        <w:rPr>
          <w:b w:val="0"/>
        </w:rPr>
        <w:br/>
      </w:r>
    </w:p>
    <w:p>
      <w:pPr>
        <w:pStyle w:val="Heading1"/>
        <w:spacing w:after="120"/>
      </w:pPr>
      <w:r>
        <w:rPr>
          <w:b/>
        </w:rPr>
        <w:t>目標と確認結果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2663"/>
        <w:gridCol w:w="7201"/>
      </w:tblGrid>
      <w:tr>
        <w:trPr>
          <w:cantSplit/>
          <w:tblHeader/>
        </w:trPr>
        <w:tc>
          <w:tcPr>
            <w:tcW w:type="dxa" w:w="2663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  <w:shd w:fill="EDF0F3"/>
          </w:tcPr>
          <w:p>
            <w:pPr>
              <w:spacing w:after="0" w:line="259" w:lineRule="auto"/>
            </w:pPr>
            <w:r>
              <w:rPr>
                <w:b/>
                <w:sz w:val="21"/>
              </w:rPr>
              <w:t>確認項目</w:t>
            </w:r>
          </w:p>
        </w:tc>
        <w:tc>
          <w:tcPr>
            <w:tcW w:type="dxa" w:w="7201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  <w:shd w:fill="EDF0F3"/>
          </w:tcPr>
          <w:p>
            <w:pPr>
              <w:spacing w:after="0" w:line="259" w:lineRule="auto"/>
            </w:pPr>
            <w:r>
              <w:rPr>
                <w:b/>
                <w:sz w:val="21"/>
              </w:rPr>
              <w:t>内容</w:t>
            </w:r>
          </w:p>
        </w:tc>
      </w:tr>
      <w:tr>
        <w:trPr>
          <w:cantSplit/>
          <w:trHeight w:val="737" w:hRule="atLeast"/>
        </w:trPr>
        <w:tc>
          <w:tcPr>
            <w:tcW w:type="dxa" w:w="2663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指標・達成条件</w:t>
            </w:r>
          </w:p>
        </w:tc>
        <w:tc>
          <w:tcPr>
            <w:tcW w:type="dxa" w:w="7201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</w:r>
          </w:p>
        </w:tc>
      </w:tr>
      <w:tr>
        <w:trPr>
          <w:cantSplit/>
          <w:trHeight w:val="737" w:hRule="atLeast"/>
        </w:trPr>
        <w:tc>
          <w:tcPr>
            <w:tcW w:type="dxa" w:w="2663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基準値・基準期間</w:t>
            </w:r>
          </w:p>
        </w:tc>
        <w:tc>
          <w:tcPr>
            <w:tcW w:type="dxa" w:w="7201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</w:r>
          </w:p>
        </w:tc>
      </w:tr>
      <w:tr>
        <w:trPr>
          <w:cantSplit/>
          <w:trHeight w:val="737" w:hRule="atLeast"/>
        </w:trPr>
        <w:tc>
          <w:tcPr>
            <w:tcW w:type="dxa" w:w="2663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目標・期限</w:t>
            </w:r>
          </w:p>
        </w:tc>
        <w:tc>
          <w:tcPr>
            <w:tcW w:type="dxa" w:w="7201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</w:r>
          </w:p>
        </w:tc>
      </w:tr>
      <w:tr>
        <w:trPr>
          <w:cantSplit/>
          <w:trHeight w:val="737" w:hRule="atLeast"/>
        </w:trPr>
        <w:tc>
          <w:tcPr>
            <w:tcW w:type="dxa" w:w="2663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実績・対象期間</w:t>
            </w:r>
          </w:p>
        </w:tc>
        <w:tc>
          <w:tcPr>
            <w:tcW w:type="dxa" w:w="7201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</w:r>
          </w:p>
        </w:tc>
      </w:tr>
      <w:tr>
        <w:trPr>
          <w:cantSplit/>
          <w:trHeight w:val="737" w:hRule="atLeast"/>
        </w:trPr>
        <w:tc>
          <w:tcPr>
            <w:tcW w:type="dxa" w:w="2663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測定方法・確認資料</w:t>
            </w:r>
          </w:p>
        </w:tc>
        <w:tc>
          <w:tcPr>
            <w:tcW w:type="dxa" w:w="7201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</w:r>
          </w:p>
        </w:tc>
      </w:tr>
    </w:tbl>
    <w:p>
      <w:pPr>
        <w:spacing w:after="0" w:line="72" w:lineRule="auto"/>
      </w:pPr>
      <w:r>
        <w:rPr>
          <w:b w:val="0"/>
        </w:rPr>
      </w:r>
    </w:p>
    <w:p>
      <w:pPr>
        <w:pStyle w:val="Heading1"/>
        <w:spacing w:after="120"/>
      </w:pPr>
      <w:r>
        <w:rPr>
          <w:b/>
        </w:rPr>
        <w:t>実施したことと結果の解釈</w:t>
      </w:r>
    </w:p>
    <w:p>
      <w:pPr>
        <w:spacing w:after="120"/>
      </w:pPr>
      <w:r>
        <w:rPr>
          <w:b w:val="0"/>
        </w:rPr>
        <w:br/>
      </w:r>
    </w:p>
    <w:p>
      <w:pPr>
        <w:pStyle w:val="Heading1"/>
        <w:spacing w:after="120"/>
      </w:pPr>
      <w:r>
        <w:rPr>
          <w:b/>
        </w:rPr>
        <w:t>次の対応</w:t>
      </w:r>
    </w:p>
    <w:p>
      <w:pPr>
        <w:spacing w:after="120"/>
      </w:pPr>
      <w:r>
        <w:rPr>
          <w:b w:val="0"/>
        </w:rPr>
        <w:br/>
      </w:r>
    </w:p>
    <w:sectPr w:rsidR="00FC693F" w:rsidRPr="0006063C" w:rsidSect="00034616">
      <w:footerReference w:type="default" r:id="rId9"/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9" w:lineRule="auto" w:after="100" w:before="0"/>
    </w:pPr>
    <w:rPr>
      <w:rFonts w:ascii="Arial Unicode MS" w:hAnsi="Arial Unicode MS" w:eastAsia="Arial Unicode MS"/>
      <w:b w:val="0"/>
      <w:i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 w:line="269" w:lineRule="auto"/>
      <w:outlineLvl w:val="0"/>
    </w:pPr>
    <w:rPr>
      <w:rFonts w:ascii="Arial Unicode MS" w:hAnsi="Arial Unicode MS" w:eastAsia="Arial Unicode MS"/>
      <w:b/>
      <w:bCs/>
      <w:i w:val="0"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100" w:line="269" w:lineRule="auto"/>
      <w:outlineLvl w:val="1"/>
    </w:pPr>
    <w:rPr>
      <w:rFonts w:ascii="Arial Unicode MS" w:hAnsi="Arial Unicode MS" w:eastAsia="Arial Unicode MS"/>
      <w:b/>
      <w:bCs/>
      <w:i w:val="0"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69" w:lineRule="auto" w:before="0"/>
      <w:contextualSpacing/>
    </w:pPr>
    <w:rPr>
      <w:rFonts w:ascii="Arial Unicode MS" w:hAnsi="Arial Unicode MS" w:eastAsia="Arial Unicode MS"/>
      <w:b/>
      <w:i w:val="0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spacing w:line="269" w:lineRule="auto" w:after="100" w:before="0"/>
    </w:pPr>
    <w:rPr>
      <w:rFonts w:ascii="Arial Unicode MS" w:hAnsi="Arial Unicode MS" w:eastAsia="Arial Unicode MS"/>
      <w:b w:val="0"/>
      <w:i w:val="0"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研修報告書</dc:title>
  <dc:subject/>
  <dc:creator>NotePM</dc:creator>
  <cp:keywords/>
  <dc:description/>
  <cp:lastModifiedBy>NotePM</cp:lastModifiedBy>
  <cp:revision>1</cp:revision>
  <dcterms:created xsi:type="dcterms:W3CDTF">2013-12-23T23:15:00Z</dcterms:created>
  <dcterms:modified xsi:type="dcterms:W3CDTF">2013-12-23T23:15:00Z</dcterms:modified>
  <cp:category/>
</cp:coreProperties>
</file>