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80"/>
      </w:pPr>
      <w:r>
        <w:rPr>
          <w:b/>
        </w:rPr>
        <w:t>研修報告書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2367"/>
        <w:gridCol w:w="7497"/>
      </w:tblGrid>
      <w:tr>
        <w:trPr>
          <w:cantSplit/>
        </w:trPr>
        <w:tc>
          <w:tcPr>
            <w:tcW w:type="dxa" w:w="2367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  <w:shd w:fill="EDF0F3"/>
          </w:tcPr>
          <w:p>
            <w:pPr>
              <w:spacing w:after="0" w:line="259" w:lineRule="auto"/>
            </w:pPr>
            <w:r>
              <w:rPr>
                <w:b/>
                <w:sz w:val="21"/>
              </w:rPr>
              <w:t>氏名・所属</w:t>
            </w:r>
          </w:p>
        </w:tc>
        <w:tc>
          <w:tcPr>
            <w:tcW w:type="dxa" w:w="7497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21"/>
              </w:rPr>
              <w:t>［氏名］　［所属］</w:t>
            </w:r>
          </w:p>
        </w:tc>
      </w:tr>
      <w:tr>
        <w:trPr>
          <w:cantSplit/>
        </w:trPr>
        <w:tc>
          <w:tcPr>
            <w:tcW w:type="dxa" w:w="2367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  <w:shd w:fill="EDF0F3"/>
          </w:tcPr>
          <w:p>
            <w:pPr>
              <w:spacing w:after="0" w:line="259" w:lineRule="auto"/>
            </w:pPr>
            <w:r>
              <w:rPr>
                <w:b/>
                <w:sz w:val="21"/>
              </w:rPr>
              <w:t>研修名</w:t>
            </w:r>
          </w:p>
        </w:tc>
        <w:tc>
          <w:tcPr>
            <w:tcW w:type="dxa" w:w="7497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21"/>
              </w:rPr>
              <w:t>［研修名］</w:t>
            </w:r>
          </w:p>
        </w:tc>
      </w:tr>
      <w:tr>
        <w:trPr>
          <w:cantSplit/>
        </w:trPr>
        <w:tc>
          <w:tcPr>
            <w:tcW w:type="dxa" w:w="2367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  <w:shd w:fill="EDF0F3"/>
          </w:tcPr>
          <w:p>
            <w:pPr>
              <w:spacing w:after="0" w:line="259" w:lineRule="auto"/>
            </w:pPr>
            <w:r>
              <w:rPr>
                <w:b/>
                <w:sz w:val="21"/>
              </w:rPr>
              <w:t>受講日・報告日</w:t>
            </w:r>
          </w:p>
        </w:tc>
        <w:tc>
          <w:tcPr>
            <w:tcW w:type="dxa" w:w="7497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21"/>
              </w:rPr>
              <w:t>受講日［年月日］　報告日［年月日］</w:t>
            </w:r>
          </w:p>
        </w:tc>
      </w:tr>
    </w:tbl>
    <w:p>
      <w:pPr>
        <w:spacing w:after="0" w:line="72" w:lineRule="auto"/>
      </w:pPr>
      <w:r>
        <w:rPr>
          <w:b w:val="0"/>
        </w:rPr>
      </w:r>
    </w:p>
    <w:p>
      <w:pPr>
        <w:pStyle w:val="Heading1"/>
        <w:spacing w:after="120"/>
      </w:pPr>
      <w:r>
        <w:rPr>
          <w:b/>
        </w:rPr>
        <w:t>研修の目的と内容</w:t>
      </w:r>
    </w:p>
    <w:p>
      <w:pPr>
        <w:spacing w:after="120"/>
      </w:pPr>
      <w:r>
        <w:rPr>
          <w:b w:val="0"/>
        </w:rPr>
      </w:r>
    </w:p>
    <w:p>
      <w:pPr>
        <w:pStyle w:val="Heading1"/>
        <w:spacing w:after="120"/>
      </w:pPr>
      <w:r>
        <w:rPr>
          <w:b/>
        </w:rPr>
        <w:t>自己評価の基準</w:t>
      </w:r>
    </w:p>
    <w:p>
      <w:pPr>
        <w:pStyle w:val="Subtitle"/>
        <w:spacing w:after="120"/>
      </w:pPr>
      <w:r>
        <w:rPr>
          <w:b w:val="0"/>
        </w:rPr>
        <w:t>1 手順を説明できない　2 資料を見て説明できる　3 助言を受けて実行できる　4 基本の場面で一人で実行できる　5 条件の異なる場面でも理由を説明して対応できる</w:t>
      </w:r>
    </w:p>
    <w:p>
      <w:pPr>
        <w:pStyle w:val="Heading1"/>
        <w:spacing w:after="120"/>
      </w:pPr>
      <w:r>
        <w:rPr>
          <w:b/>
        </w:rPr>
        <w:t>学習項目ごとの振り返り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2466"/>
        <w:gridCol w:w="986"/>
        <w:gridCol w:w="986"/>
        <w:gridCol w:w="5426"/>
      </w:tblGrid>
      <w:tr>
        <w:trPr>
          <w:cantSplit/>
          <w:tblHeader/>
        </w:trPr>
        <w:tc>
          <w:tcPr>
            <w:tcW w:type="dxa" w:w="2466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  <w:shd w:fill="EDF0F3"/>
          </w:tcPr>
          <w:p>
            <w:pPr>
              <w:spacing w:after="0" w:line="259" w:lineRule="auto"/>
            </w:pPr>
            <w:r>
              <w:rPr>
                <w:b/>
                <w:sz w:val="21"/>
              </w:rPr>
              <w:t>学習項目</w:t>
            </w:r>
          </w:p>
        </w:tc>
        <w:tc>
          <w:tcPr>
            <w:tcW w:type="dxa" w:w="986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  <w:shd w:fill="EDF0F3"/>
          </w:tcPr>
          <w:p>
            <w:pPr>
              <w:spacing w:after="0" w:line="259" w:lineRule="auto"/>
            </w:pPr>
            <w:r>
              <w:rPr>
                <w:b/>
                <w:sz w:val="21"/>
              </w:rPr>
              <w:t>受講前</w:t>
            </w:r>
          </w:p>
        </w:tc>
        <w:tc>
          <w:tcPr>
            <w:tcW w:type="dxa" w:w="986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  <w:shd w:fill="EDF0F3"/>
          </w:tcPr>
          <w:p>
            <w:pPr>
              <w:spacing w:after="0" w:line="259" w:lineRule="auto"/>
            </w:pPr>
            <w:r>
              <w:rPr>
                <w:b/>
                <w:sz w:val="21"/>
              </w:rPr>
              <w:t>受講後</w:t>
            </w:r>
          </w:p>
        </w:tc>
        <w:tc>
          <w:tcPr>
            <w:tcW w:type="dxa" w:w="5426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  <w:shd w:fill="EDF0F3"/>
          </w:tcPr>
          <w:p>
            <w:pPr>
              <w:spacing w:after="0" w:line="259" w:lineRule="auto"/>
            </w:pPr>
            <w:r>
              <w:rPr>
                <w:b/>
                <w:sz w:val="21"/>
              </w:rPr>
              <w:t>評価の根拠</w:t>
            </w:r>
          </w:p>
        </w:tc>
      </w:tr>
      <w:tr>
        <w:trPr>
          <w:cantSplit/>
          <w:trHeight w:val="737" w:hRule="atLeast"/>
        </w:trPr>
        <w:tc>
          <w:tcPr>
            <w:tcW w:type="dxa" w:w="2466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21"/>
              </w:rPr>
            </w:r>
          </w:p>
        </w:tc>
        <w:tc>
          <w:tcPr>
            <w:tcW w:type="dxa" w:w="986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21"/>
              </w:rPr>
            </w:r>
          </w:p>
        </w:tc>
        <w:tc>
          <w:tcPr>
            <w:tcW w:type="dxa" w:w="986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21"/>
              </w:rPr>
            </w:r>
          </w:p>
        </w:tc>
        <w:tc>
          <w:tcPr>
            <w:tcW w:type="dxa" w:w="5426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21"/>
              </w:rPr>
            </w:r>
          </w:p>
        </w:tc>
      </w:tr>
      <w:tr>
        <w:trPr>
          <w:cantSplit/>
          <w:trHeight w:val="737" w:hRule="atLeast"/>
        </w:trPr>
        <w:tc>
          <w:tcPr>
            <w:tcW w:type="dxa" w:w="2466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21"/>
              </w:rPr>
            </w:r>
          </w:p>
        </w:tc>
        <w:tc>
          <w:tcPr>
            <w:tcW w:type="dxa" w:w="986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21"/>
              </w:rPr>
            </w:r>
          </w:p>
        </w:tc>
        <w:tc>
          <w:tcPr>
            <w:tcW w:type="dxa" w:w="986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21"/>
              </w:rPr>
            </w:r>
          </w:p>
        </w:tc>
        <w:tc>
          <w:tcPr>
            <w:tcW w:type="dxa" w:w="5426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21"/>
              </w:rPr>
            </w:r>
          </w:p>
        </w:tc>
      </w:tr>
      <w:tr>
        <w:trPr>
          <w:cantSplit/>
          <w:trHeight w:val="737" w:hRule="atLeast"/>
        </w:trPr>
        <w:tc>
          <w:tcPr>
            <w:tcW w:type="dxa" w:w="2466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21"/>
              </w:rPr>
            </w:r>
          </w:p>
        </w:tc>
        <w:tc>
          <w:tcPr>
            <w:tcW w:type="dxa" w:w="986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21"/>
              </w:rPr>
            </w:r>
          </w:p>
        </w:tc>
        <w:tc>
          <w:tcPr>
            <w:tcW w:type="dxa" w:w="986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21"/>
              </w:rPr>
            </w:r>
          </w:p>
        </w:tc>
        <w:tc>
          <w:tcPr>
            <w:tcW w:type="dxa" w:w="5426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21"/>
              </w:rPr>
            </w:r>
          </w:p>
        </w:tc>
      </w:tr>
    </w:tbl>
    <w:p>
      <w:pPr>
        <w:spacing w:after="0" w:line="72" w:lineRule="auto"/>
      </w:pPr>
      <w:r>
        <w:rPr>
          <w:b w:val="0"/>
        </w:rPr>
      </w:r>
    </w:p>
    <w:p>
      <w:pPr>
        <w:pStyle w:val="Heading1"/>
        <w:spacing w:after="120"/>
      </w:pPr>
      <w:r>
        <w:rPr>
          <w:b/>
        </w:rPr>
        <w:t>次に練習すること</w:t>
      </w:r>
    </w:p>
    <w:p>
      <w:pPr>
        <w:spacing w:after="120"/>
      </w:pPr>
      <w:r>
        <w:rPr>
          <w:b w:val="0"/>
        </w:rPr>
        <w:br/>
      </w:r>
    </w:p>
    <w:sectPr w:rsidR="00FC693F" w:rsidRPr="0006063C" w:rsidSect="00034616">
      <w:footerReference w:type="default" r:id="rId9"/>
      <w:pgSz w:w="11906" w:h="16838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8"/>
      </w:rPr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9" w:lineRule="auto" w:after="100" w:before="0"/>
    </w:pPr>
    <w:rPr>
      <w:rFonts w:ascii="Arial Unicode MS" w:hAnsi="Arial Unicode MS" w:eastAsia="Arial Unicode MS"/>
      <w:b w:val="0"/>
      <w:i w:val="0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 w:line="269" w:lineRule="auto"/>
      <w:outlineLvl w:val="0"/>
    </w:pPr>
    <w:rPr>
      <w:rFonts w:ascii="Arial Unicode MS" w:hAnsi="Arial Unicode MS" w:eastAsia="Arial Unicode MS"/>
      <w:b/>
      <w:bCs/>
      <w:i w:val="0"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100" w:line="269" w:lineRule="auto"/>
      <w:outlineLvl w:val="1"/>
    </w:pPr>
    <w:rPr>
      <w:rFonts w:ascii="Arial Unicode MS" w:hAnsi="Arial Unicode MS" w:eastAsia="Arial Unicode MS"/>
      <w:b/>
      <w:bCs/>
      <w:i w:val="0"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00" w:line="269" w:lineRule="auto" w:before="0"/>
      <w:contextualSpacing/>
    </w:pPr>
    <w:rPr>
      <w:rFonts w:ascii="Arial Unicode MS" w:hAnsi="Arial Unicode MS" w:eastAsia="Arial Unicode MS"/>
      <w:b/>
      <w:i w:val="0"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spacing w:line="269" w:lineRule="auto" w:after="100" w:before="0"/>
    </w:pPr>
    <w:rPr>
      <w:rFonts w:ascii="Arial Unicode MS" w:hAnsi="Arial Unicode MS" w:eastAsia="Arial Unicode MS"/>
      <w:b w:val="0"/>
      <w:i w:val="0"/>
      <w:iCs/>
      <w:color w:val="000000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研修報告書</dc:title>
  <dc:subject/>
  <dc:creator>NotePM</dc:creator>
  <cp:keywords/>
  <dc:description/>
  <cp:lastModifiedBy>NotePM</cp:lastModifiedBy>
  <cp:revision>1</cp:revision>
  <dcterms:created xsi:type="dcterms:W3CDTF">2013-12-23T23:15:00Z</dcterms:created>
  <dcterms:modified xsi:type="dcterms:W3CDTF">2013-12-23T23:15:00Z</dcterms:modified>
  <cp:category/>
</cp:coreProperties>
</file>