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受講形式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［受講形式］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466"/>
        <w:gridCol w:w="7398"/>
      </w:tblGrid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受講目的・内容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学んだこと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印象に残った点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246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今後の活用方法</w:t>
            </w:r>
          </w:p>
        </w:tc>
        <w:tc>
          <w:tcPr>
            <w:tcW w:type="dxa" w:w="739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