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</w:pPr>
      <w:r>
        <w:rPr>
          <w:b/>
        </w:rPr>
        <w:t>研修報告書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67"/>
        <w:gridCol w:w="7497"/>
      </w:tblGrid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氏名・所属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［氏名］　［所属］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研修名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［研修名］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受講日・報告日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受講日［年月日］　報告日［年月日］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実践期間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［開始日］〜［終了日］</w:t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研修で学んだ内容</w:t>
      </w:r>
    </w:p>
    <w:p>
      <w:pPr>
        <w:spacing w:after="120"/>
      </w:pPr>
      <w:r>
        <w:rPr>
          <w:b w:val="0"/>
        </w:rPr>
        <w:br/>
      </w:r>
    </w:p>
    <w:p>
      <w:pPr>
        <w:pStyle w:val="Heading1"/>
        <w:spacing w:after="120"/>
      </w:pPr>
      <w:r>
        <w:rPr>
          <w:b/>
        </w:rPr>
        <w:t>Plan 目的と確認方法</w:t>
      </w:r>
    </w:p>
    <w:p>
      <w:pPr>
        <w:spacing w:after="120"/>
      </w:pPr>
      <w:r>
        <w:rPr>
          <w:b w:val="0"/>
        </w:rPr>
        <w:br/>
      </w:r>
    </w:p>
    <w:p>
      <w:pPr>
        <w:pStyle w:val="Heading1"/>
        <w:spacing w:after="120"/>
      </w:pPr>
      <w:r>
        <w:rPr>
          <w:b/>
        </w:rPr>
        <w:t>Do 実施したこと</w:t>
      </w:r>
    </w:p>
    <w:p>
      <w:pPr>
        <w:spacing w:after="120"/>
      </w:pPr>
      <w:r>
        <w:rPr>
          <w:b w:val="0"/>
        </w:rPr>
        <w:br/>
      </w:r>
    </w:p>
    <w:p>
      <w:pPr>
        <w:pStyle w:val="Heading1"/>
        <w:spacing w:after="120"/>
      </w:pPr>
      <w:r>
        <w:rPr>
          <w:b/>
        </w:rPr>
        <w:t>Check 確認できた結果</w:t>
      </w:r>
    </w:p>
    <w:p>
      <w:pPr>
        <w:spacing w:after="120"/>
      </w:pPr>
      <w:r>
        <w:rPr>
          <w:b w:val="0"/>
        </w:rPr>
        <w:br/>
      </w:r>
    </w:p>
    <w:p>
      <w:pPr>
        <w:pStyle w:val="Heading1"/>
        <w:spacing w:after="120"/>
      </w:pPr>
      <w:r>
        <w:rPr>
          <w:b/>
        </w:rPr>
        <w:t>Action 次の改善</w:t>
      </w:r>
    </w:p>
    <w:p>
      <w:pPr>
        <w:spacing w:after="120"/>
      </w:pPr>
      <w:r>
        <w:rPr>
          <w:b w:val="0"/>
        </w:rPr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69" w:lineRule="auto"/>
      <w:outlineLvl w:val="0"/>
    </w:pPr>
    <w:rPr>
      <w:rFonts w:ascii="Arial Unicode MS" w:hAnsi="Arial Unicode MS" w:eastAsia="Arial Unicode MS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69" w:lineRule="auto"/>
      <w:outlineLvl w:val="1"/>
    </w:pPr>
    <w:rPr>
      <w:rFonts w:ascii="Arial Unicode MS" w:hAnsi="Arial Unicode MS" w:eastAsia="Arial Unicode MS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9" w:lineRule="auto" w:before="0"/>
      <w:contextualSpacing/>
    </w:pPr>
    <w:rPr>
      <w:rFonts w:ascii="Arial Unicode MS" w:hAnsi="Arial Unicode MS" w:eastAsia="Arial Unicode MS"/>
      <w:b/>
      <w:i w:val="0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研修報告書</dc:title>
  <dc:subject/>
  <dc:creator>NotePM</dc:creator>
  <cp:keywords/>
  <dc:description/>
  <cp:lastModifiedBy>NotePM</cp:lastModifiedBy>
  <cp:revision>1</cp:revision>
  <dcterms:created xsi:type="dcterms:W3CDTF">2013-12-23T23:15:00Z</dcterms:created>
  <dcterms:modified xsi:type="dcterms:W3CDTF">2013-12-23T23:15:00Z</dcterms:modified>
  <cp:category/>
</cp:coreProperties>
</file>