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80"/>
      </w:pPr>
      <w:r>
        <w:rPr>
          <w:b/>
        </w:rPr>
        <w:t>研修報告書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</w:tblPr>
      <w:tblGrid>
        <w:gridCol w:w="2367"/>
        <w:gridCol w:w="7497"/>
      </w:tblGrid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氏名・所属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［氏名］　［所属］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研修名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［研修名］</w:t>
            </w:r>
          </w:p>
        </w:tc>
      </w:tr>
      <w:tr>
        <w:trPr>
          <w:cantSplit/>
        </w:trPr>
        <w:tc>
          <w:tcPr>
            <w:tcW w:type="dxa" w:w="236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  <w:shd w:fill="EDF0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受講日・報告日</w:t>
            </w:r>
          </w:p>
        </w:tc>
        <w:tc>
          <w:tcPr>
            <w:tcW w:type="dxa" w:w="7497"/>
            <w:vAlign w:val="center"/>
            <w:tcMar>
              <w:top w:w="75" w:type="dxa"/>
              <w:bottom w:w="75" w:type="dxa"/>
              <w:left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受講日［年月日］　報告日［年月日］</w:t>
            </w:r>
          </w:p>
        </w:tc>
      </w:tr>
    </w:tbl>
    <w:p>
      <w:pPr>
        <w:spacing w:after="0" w:line="72" w:lineRule="auto"/>
      </w:pPr>
      <w:r>
        <w:rPr>
          <w:b w:val="0"/>
        </w:rPr>
      </w:r>
    </w:p>
    <w:p>
      <w:pPr>
        <w:pStyle w:val="Heading1"/>
        <w:spacing w:after="120"/>
      </w:pPr>
      <w:r>
        <w:rPr>
          <w:b/>
        </w:rPr>
        <w:t>受講目的と内容</w:t>
      </w:r>
    </w:p>
    <w:p>
      <w:pPr>
        <w:spacing w:after="140"/>
      </w:pPr>
      <w:r>
        <w:rPr>
          <w:b w:val="0"/>
        </w:rPr>
        <w:t>・</w:t>
      </w:r>
    </w:p>
    <w:p>
      <w:pPr>
        <w:spacing w:after="140"/>
      </w:pPr>
      <w:r>
        <w:rPr>
          <w:b w:val="0"/>
        </w:rPr>
        <w:t>・</w:t>
      </w:r>
    </w:p>
    <w:p>
      <w:pPr>
        <w:pStyle w:val="Heading1"/>
        <w:spacing w:after="120"/>
      </w:pPr>
      <w:r>
        <w:rPr>
          <w:b/>
        </w:rPr>
        <w:t>学んだこと</w:t>
      </w:r>
    </w:p>
    <w:p>
      <w:pPr>
        <w:spacing w:after="140"/>
      </w:pPr>
      <w:r>
        <w:rPr>
          <w:b w:val="0"/>
        </w:rPr>
        <w:t>・</w:t>
      </w:r>
    </w:p>
    <w:p>
      <w:pPr>
        <w:spacing w:after="140"/>
      </w:pPr>
      <w:r>
        <w:rPr>
          <w:b w:val="0"/>
        </w:rPr>
        <w:t>・</w:t>
      </w:r>
    </w:p>
    <w:p>
      <w:pPr>
        <w:pStyle w:val="Heading1"/>
        <w:spacing w:after="120"/>
      </w:pPr>
      <w:r>
        <w:rPr>
          <w:b/>
        </w:rPr>
        <w:t>所感と課題</w:t>
      </w:r>
    </w:p>
    <w:p>
      <w:pPr>
        <w:spacing w:after="140"/>
      </w:pPr>
      <w:r>
        <w:rPr>
          <w:b w:val="0"/>
        </w:rPr>
        <w:t>・</w:t>
      </w:r>
    </w:p>
    <w:p>
      <w:pPr>
        <w:spacing w:after="140"/>
      </w:pPr>
      <w:r>
        <w:rPr>
          <w:b w:val="0"/>
        </w:rPr>
        <w:t>・</w:t>
      </w:r>
    </w:p>
    <w:p>
      <w:pPr>
        <w:pStyle w:val="Heading1"/>
        <w:spacing w:after="120"/>
      </w:pPr>
      <w:r>
        <w:rPr>
          <w:b/>
        </w:rPr>
        <w:t>業務で試すこと</w:t>
      </w:r>
    </w:p>
    <w:p>
      <w:pPr>
        <w:spacing w:after="140"/>
      </w:pPr>
      <w:r>
        <w:rPr>
          <w:b w:val="0"/>
        </w:rPr>
        <w:t>・</w:t>
      </w:r>
    </w:p>
    <w:p>
      <w:pPr>
        <w:spacing w:after="140"/>
      </w:pPr>
      <w:r>
        <w:rPr>
          <w:b w:val="0"/>
        </w:rPr>
        <w:t>・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 w:line="269" w:lineRule="auto"/>
      <w:outlineLvl w:val="0"/>
    </w:pPr>
    <w:rPr>
      <w:rFonts w:ascii="Arial Unicode MS" w:hAnsi="Arial Unicode MS" w:eastAsia="Arial Unicode MS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69" w:lineRule="auto"/>
      <w:outlineLvl w:val="1"/>
    </w:pPr>
    <w:rPr>
      <w:rFonts w:ascii="Arial Unicode MS" w:hAnsi="Arial Unicode MS" w:eastAsia="Arial Unicode MS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69" w:lineRule="auto" w:before="0"/>
      <w:contextualSpacing/>
    </w:pPr>
    <w:rPr>
      <w:rFonts w:ascii="Arial Unicode MS" w:hAnsi="Arial Unicode MS" w:eastAsia="Arial Unicode MS"/>
      <w:b/>
      <w:i w:val="0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pacing w:line="269" w:lineRule="auto" w:after="100" w:before="0"/>
    </w:pPr>
    <w:rPr>
      <w:rFonts w:ascii="Arial Unicode MS" w:hAnsi="Arial Unicode MS" w:eastAsia="Arial Unicode MS"/>
      <w:b w:val="0"/>
      <w:i w:val="0"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研修報告書</dc:title>
  <dc:subject/>
  <dc:creator>NotePM</dc:creator>
  <cp:keywords/>
  <dc:description/>
  <cp:lastModifiedBy>NotePM</cp:lastModifiedBy>
  <cp:revision>1</cp:revision>
  <dcterms:created xsi:type="dcterms:W3CDTF">2013-12-23T23:15:00Z</dcterms:created>
  <dcterms:modified xsi:type="dcterms:W3CDTF">2013-12-23T23:15:00Z</dcterms:modified>
  <cp:category/>
</cp:coreProperties>
</file>